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7593E" w14:textId="152AE68E" w:rsidR="001141FA" w:rsidRDefault="000C228D">
      <w:pPr>
        <w:jc w:val="center"/>
      </w:pPr>
      <w:r>
        <w:rPr>
          <w:noProof/>
        </w:rPr>
        <w:drawing>
          <wp:inline distT="0" distB="0" distL="0" distR="0" wp14:anchorId="29DB8B9C" wp14:editId="029E26F9">
            <wp:extent cx="2200275" cy="2200275"/>
            <wp:effectExtent l="0" t="0" r="9525" b="9525"/>
            <wp:docPr id="2024593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93369" name="Picture 20245933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6820" w14:textId="77777777" w:rsidR="001141FA" w:rsidRDefault="00EA757D">
      <w:pPr>
        <w:jc w:val="center"/>
      </w:pPr>
      <w:r>
        <w:rPr>
          <w:b/>
        </w:rPr>
        <w:t>IKeepBooksSolutions, LLC</w:t>
      </w:r>
      <w:r>
        <w:rPr>
          <w:b/>
        </w:rPr>
        <w:br/>
      </w:r>
      <w:r>
        <w:t>Professional Client Onboarding Package</w:t>
      </w:r>
    </w:p>
    <w:p w14:paraId="5EE29433" w14:textId="77777777" w:rsidR="001141FA" w:rsidRDefault="00EA757D">
      <w:pPr>
        <w:jc w:val="center"/>
      </w:pPr>
      <w:r>
        <w:br/>
        <w:t>Done-For-You Bookkeeping for Real Estate Agents &amp; Small Business Owners</w:t>
      </w:r>
      <w:r>
        <w:br/>
      </w:r>
      <w:r>
        <w:br/>
        <w:t>www.ikeepbookssolutions.com</w:t>
      </w:r>
      <w:r>
        <w:br/>
        <w:t>info@ikeepbookssolutions.com</w:t>
      </w:r>
      <w:r>
        <w:br/>
        <w:t>919-996-6060</w:t>
      </w:r>
      <w:r>
        <w:br/>
      </w:r>
      <w:r>
        <w:br/>
        <w:t>Serving Clients Nationwide</w:t>
      </w:r>
    </w:p>
    <w:p w14:paraId="355C5D0B" w14:textId="77777777" w:rsidR="001141FA" w:rsidRDefault="00EA757D">
      <w:r>
        <w:br w:type="page"/>
      </w:r>
    </w:p>
    <w:p w14:paraId="336A33C8" w14:textId="77777777" w:rsidR="001141FA" w:rsidRDefault="00EA757D">
      <w:pPr>
        <w:pStyle w:val="Heading1"/>
      </w:pPr>
      <w:r>
        <w:lastRenderedPageBreak/>
        <w:t>Welcome to IKeepBooksSolutions</w:t>
      </w:r>
    </w:p>
    <w:p w14:paraId="0C514FC2" w14:textId="77777777" w:rsidR="001141FA" w:rsidRDefault="00EA757D">
      <w:r>
        <w:t>Thank you for choosing IKeepBooksSolutions, LLC. Our mission is to provide accurate, organized, and reliable bookkeeping services so you can focus on growing your business.</w:t>
      </w:r>
    </w:p>
    <w:p w14:paraId="266D7F9F" w14:textId="77777777" w:rsidR="001141FA" w:rsidRDefault="00EA757D">
      <w:pPr>
        <w:pStyle w:val="Heading2"/>
      </w:pPr>
      <w:r>
        <w:t>What to Expect</w:t>
      </w:r>
    </w:p>
    <w:p w14:paraId="51C5CECD" w14:textId="77777777" w:rsidR="001141FA" w:rsidRDefault="00EA757D">
      <w:r>
        <w:t>• Complete onboarding forms</w:t>
      </w:r>
    </w:p>
    <w:p w14:paraId="2C9B78B9" w14:textId="77777777" w:rsidR="001141FA" w:rsidRDefault="00EA757D">
      <w:r>
        <w:t>• Submit requested documents</w:t>
      </w:r>
    </w:p>
    <w:p w14:paraId="63731A69" w14:textId="77777777" w:rsidR="001141FA" w:rsidRDefault="00EA757D">
      <w:r>
        <w:t>• Grant QuickBooks access (if applicable)</w:t>
      </w:r>
    </w:p>
    <w:p w14:paraId="51C919BE" w14:textId="77777777" w:rsidR="001141FA" w:rsidRDefault="00EA757D">
      <w:r>
        <w:t>• Initial bookkeeping review</w:t>
      </w:r>
    </w:p>
    <w:p w14:paraId="2AED6192" w14:textId="77777777" w:rsidR="001141FA" w:rsidRDefault="00EA757D">
      <w:r>
        <w:t>• Monthly bookkeeping and reporting begins</w:t>
      </w:r>
    </w:p>
    <w:p w14:paraId="6FC4E5D1" w14:textId="77777777" w:rsidR="001141FA" w:rsidRDefault="00EA757D">
      <w:r>
        <w:br w:type="page"/>
      </w:r>
    </w:p>
    <w:p w14:paraId="6FB18393" w14:textId="77777777" w:rsidR="001141FA" w:rsidRDefault="00EA757D">
      <w:pPr>
        <w:pStyle w:val="Heading1"/>
      </w:pPr>
      <w:r>
        <w:lastRenderedPageBreak/>
        <w:t>Client Information Form</w:t>
      </w:r>
    </w:p>
    <w:p w14:paraId="081199F6" w14:textId="77777777" w:rsidR="001141FA" w:rsidRDefault="00EA757D">
      <w:r>
        <w:t>Business Name: __________________________________________</w:t>
      </w:r>
    </w:p>
    <w:p w14:paraId="264C3A13" w14:textId="77777777" w:rsidR="001141FA" w:rsidRDefault="00EA757D">
      <w:r>
        <w:t>Business Address: __________________________________________</w:t>
      </w:r>
    </w:p>
    <w:p w14:paraId="555CBE39" w14:textId="77777777" w:rsidR="001141FA" w:rsidRDefault="00EA757D">
      <w:r>
        <w:t>Contact Name: __________________________________________</w:t>
      </w:r>
    </w:p>
    <w:p w14:paraId="61FA69F2" w14:textId="77777777" w:rsidR="001141FA" w:rsidRDefault="00EA757D">
      <w:r>
        <w:t>Phone Number: __________________________________________</w:t>
      </w:r>
    </w:p>
    <w:p w14:paraId="5EBF4F90" w14:textId="77777777" w:rsidR="001141FA" w:rsidRDefault="00EA757D">
      <w:r>
        <w:t>Email Address: __________________________________________</w:t>
      </w:r>
    </w:p>
    <w:p w14:paraId="6C5C41AB" w14:textId="77777777" w:rsidR="001141FA" w:rsidRDefault="00EA757D">
      <w:r>
        <w:t>Website: __________________________________________</w:t>
      </w:r>
    </w:p>
    <w:p w14:paraId="2A502EB7" w14:textId="77777777" w:rsidR="001141FA" w:rsidRDefault="00EA757D">
      <w:r>
        <w:t>Entity Type: __________________________________________</w:t>
      </w:r>
    </w:p>
    <w:p w14:paraId="611CE40B" w14:textId="77777777" w:rsidR="001141FA" w:rsidRDefault="00EA757D">
      <w:r>
        <w:t>EIN: __________________________________________</w:t>
      </w:r>
    </w:p>
    <w:p w14:paraId="2C65515D" w14:textId="77777777" w:rsidR="001141FA" w:rsidRDefault="00EA757D">
      <w:r>
        <w:t>Industry: __________________________________________</w:t>
      </w:r>
    </w:p>
    <w:p w14:paraId="45EF2EAF" w14:textId="77777777" w:rsidR="001141FA" w:rsidRDefault="00EA757D">
      <w:r>
        <w:br/>
        <w:t>What would you like to achieve by working with IKeepBooksSolutions?</w:t>
      </w:r>
    </w:p>
    <w:p w14:paraId="03DEB782" w14:textId="77777777" w:rsidR="001141FA" w:rsidRDefault="00EA757D">
      <w:r>
        <w:t>___________________________________________________________</w:t>
      </w:r>
    </w:p>
    <w:p w14:paraId="1232B817" w14:textId="77777777" w:rsidR="001141FA" w:rsidRDefault="00EA757D">
      <w:r>
        <w:t>___________________________________________________________</w:t>
      </w:r>
    </w:p>
    <w:p w14:paraId="3ECD173B" w14:textId="77777777" w:rsidR="001141FA" w:rsidRDefault="00EA757D">
      <w:r>
        <w:br w:type="page"/>
      </w:r>
    </w:p>
    <w:p w14:paraId="5D011A35" w14:textId="77777777" w:rsidR="001141FA" w:rsidRDefault="00EA757D">
      <w:pPr>
        <w:pStyle w:val="Heading1"/>
      </w:pPr>
      <w:r>
        <w:lastRenderedPageBreak/>
        <w:t>Package Selection</w:t>
      </w:r>
    </w:p>
    <w:p w14:paraId="0E57530D" w14:textId="77777777" w:rsidR="001141FA" w:rsidRDefault="00EA757D">
      <w:r>
        <w:t>Please select the service package that best fits your needs:</w:t>
      </w:r>
    </w:p>
    <w:p w14:paraId="4719CD7F" w14:textId="77777777" w:rsidR="001141FA" w:rsidRDefault="00EA757D">
      <w:r>
        <w:t>☐ Starter Package</w:t>
      </w:r>
    </w:p>
    <w:p w14:paraId="43ED6EAF" w14:textId="77777777" w:rsidR="001141FA" w:rsidRDefault="00EA757D">
      <w:r>
        <w:t>☐ Growth Package</w:t>
      </w:r>
    </w:p>
    <w:p w14:paraId="06BBF87C" w14:textId="77777777" w:rsidR="001141FA" w:rsidRDefault="00EA757D">
      <w:r>
        <w:t>☐ Premium Package</w:t>
      </w:r>
    </w:p>
    <w:p w14:paraId="74385668" w14:textId="77777777" w:rsidR="001141FA" w:rsidRDefault="00EA757D">
      <w:r>
        <w:t>☐ Custom Quote</w:t>
      </w:r>
    </w:p>
    <w:p w14:paraId="3057B7D0" w14:textId="77777777" w:rsidR="001141FA" w:rsidRDefault="00EA757D">
      <w:r>
        <w:br w:type="page"/>
      </w:r>
    </w:p>
    <w:p w14:paraId="30336CEC" w14:textId="77777777" w:rsidR="001141FA" w:rsidRDefault="00EA757D">
      <w:pPr>
        <w:pStyle w:val="Heading1"/>
      </w:pPr>
      <w:r>
        <w:lastRenderedPageBreak/>
        <w:t>Document Request Checklist</w:t>
      </w:r>
    </w:p>
    <w:p w14:paraId="3FE662B7" w14:textId="77777777" w:rsidR="001141FA" w:rsidRDefault="00EA757D">
      <w:r>
        <w:t>☐ EIN Confirmation Letter</w:t>
      </w:r>
    </w:p>
    <w:p w14:paraId="0465DD2D" w14:textId="77777777" w:rsidR="001141FA" w:rsidRDefault="00EA757D">
      <w:r>
        <w:t>☐ Business Bank Statements</w:t>
      </w:r>
    </w:p>
    <w:p w14:paraId="52E2C0E4" w14:textId="77777777" w:rsidR="001141FA" w:rsidRDefault="00EA757D">
      <w:r>
        <w:t>☐ Business Credit Card Statements (if applicable)</w:t>
      </w:r>
    </w:p>
    <w:p w14:paraId="600ED7D9" w14:textId="77777777" w:rsidR="001141FA" w:rsidRDefault="00EA757D">
      <w:r>
        <w:t>☐ Prior Year Business Tax Return (if available)</w:t>
      </w:r>
    </w:p>
    <w:p w14:paraId="347B84B0" w14:textId="77777777" w:rsidR="001141FA" w:rsidRDefault="00EA757D">
      <w:r>
        <w:t>☐ QuickBooks Access (if applicable)</w:t>
      </w:r>
    </w:p>
    <w:p w14:paraId="019E1A26" w14:textId="77777777" w:rsidR="001141FA" w:rsidRDefault="00EA757D">
      <w:r>
        <w:t>☐ Payroll Reports (if applicable)</w:t>
      </w:r>
    </w:p>
    <w:p w14:paraId="295DDEDA" w14:textId="77777777" w:rsidR="001141FA" w:rsidRDefault="00EA757D">
      <w:r>
        <w:t>☐ Loan Statements (if applicable)</w:t>
      </w:r>
    </w:p>
    <w:p w14:paraId="113B09C5" w14:textId="77777777" w:rsidR="001141FA" w:rsidRDefault="00EA757D">
      <w:r>
        <w:t>☐ Sales Tax Reports (if applicable)</w:t>
      </w:r>
    </w:p>
    <w:p w14:paraId="20F28EDE" w14:textId="77777777" w:rsidR="001141FA" w:rsidRDefault="00EA757D">
      <w:r>
        <w:br/>
        <w:t>Secure document submission instructions will be provided after engagement.</w:t>
      </w:r>
    </w:p>
    <w:p w14:paraId="145F90A3" w14:textId="77777777" w:rsidR="001141FA" w:rsidRDefault="00EA757D">
      <w:r>
        <w:br w:type="page"/>
      </w:r>
    </w:p>
    <w:p w14:paraId="313C7EF7" w14:textId="77777777" w:rsidR="001141FA" w:rsidRDefault="00EA757D">
      <w:pPr>
        <w:pStyle w:val="Heading1"/>
      </w:pPr>
      <w:r>
        <w:lastRenderedPageBreak/>
        <w:t>Engagement Letter &amp; Service Agreement</w:t>
      </w:r>
    </w:p>
    <w:p w14:paraId="78DF9F55" w14:textId="77777777" w:rsidR="001141FA" w:rsidRDefault="00EA757D">
      <w:r>
        <w:br/>
        <w:t>IKeepBooksSolutions, LLC agrees to provide bookkeeping services for the client.</w:t>
      </w:r>
      <w:r>
        <w:br/>
      </w:r>
      <w:r>
        <w:br/>
        <w:t>Scope of Services:</w:t>
      </w:r>
      <w:r>
        <w:br/>
        <w:t>• Monthly bookkeeping</w:t>
      </w:r>
      <w:r>
        <w:br/>
        <w:t>• Bank and credit card reconciliations</w:t>
      </w:r>
      <w:r>
        <w:br/>
        <w:t>• Financial reporting</w:t>
      </w:r>
      <w:r>
        <w:br/>
        <w:t>• Book cleanup and catch-up services</w:t>
      </w:r>
      <w:r>
        <w:br/>
        <w:t>• QuickBooks support</w:t>
      </w:r>
      <w:r>
        <w:br/>
      </w:r>
      <w:r>
        <w:br/>
        <w:t>Services Not Included:</w:t>
      </w:r>
      <w:r>
        <w:br/>
        <w:t>• Tax preparation or tax filing</w:t>
      </w:r>
      <w:r>
        <w:br/>
        <w:t>• Legal services</w:t>
      </w:r>
      <w:r>
        <w:br/>
        <w:t>• Financial advisory services</w:t>
      </w:r>
      <w:r>
        <w:br/>
      </w:r>
      <w:r>
        <w:br/>
        <w:t>Client Responsibilities:</w:t>
      </w:r>
      <w:r>
        <w:br/>
        <w:t>• Provide accurate and complete information.</w:t>
      </w:r>
      <w:r>
        <w:br/>
        <w:t>• Submit requested documents promptly.</w:t>
      </w:r>
      <w:r>
        <w:br/>
        <w:t>• Review reports and notify us of any discrepancies.</w:t>
      </w:r>
      <w:r>
        <w:br/>
      </w:r>
      <w:r>
        <w:br/>
        <w:t>Confidentiality:</w:t>
      </w:r>
      <w:r>
        <w:br/>
        <w:t>All client information will be treated as confidential and used solely for providing bookkeeping services.</w:t>
      </w:r>
      <w:r>
        <w:br/>
      </w:r>
      <w:r>
        <w:br/>
        <w:t>Payment Terms:</w:t>
      </w:r>
      <w:r>
        <w:br/>
        <w:t>Fees are due according to the agreed package and billing schedule.</w:t>
      </w:r>
      <w:r>
        <w:br/>
      </w:r>
      <w:r>
        <w:br/>
        <w:t>Termination:</w:t>
      </w:r>
      <w:r>
        <w:br/>
        <w:t>Either party may terminate this agreement with written notice.</w:t>
      </w:r>
      <w:r>
        <w:br/>
      </w:r>
    </w:p>
    <w:p w14:paraId="35F08105" w14:textId="77777777" w:rsidR="001141FA" w:rsidRDefault="00EA757D">
      <w:r>
        <w:br w:type="page"/>
      </w:r>
    </w:p>
    <w:p w14:paraId="669265B8" w14:textId="77777777" w:rsidR="001141FA" w:rsidRDefault="00EA757D">
      <w:pPr>
        <w:pStyle w:val="Heading1"/>
      </w:pPr>
      <w:r>
        <w:lastRenderedPageBreak/>
        <w:t>Payment Authorization Form</w:t>
      </w:r>
    </w:p>
    <w:p w14:paraId="195539EF" w14:textId="77777777" w:rsidR="001141FA" w:rsidRDefault="00EA757D">
      <w:r>
        <w:br/>
        <w:t>Client Name: _____________________________________</w:t>
      </w:r>
      <w:r>
        <w:br/>
      </w:r>
      <w:r>
        <w:br/>
        <w:t>Business Name: ___________________________________</w:t>
      </w:r>
      <w:r>
        <w:br/>
      </w:r>
      <w:r>
        <w:br/>
        <w:t>Monthly Service Fee: ______________________________</w:t>
      </w:r>
      <w:r>
        <w:br/>
      </w:r>
      <w:r>
        <w:br/>
        <w:t>Payment Method:</w:t>
      </w:r>
      <w:r>
        <w:br/>
      </w:r>
      <w:r>
        <w:br/>
        <w:t>☐ ACH Bank Draft</w:t>
      </w:r>
      <w:r>
        <w:br/>
      </w:r>
      <w:r>
        <w:br/>
        <w:t>☐ Credit / Debit Card</w:t>
      </w:r>
      <w:r>
        <w:br/>
      </w:r>
      <w:r>
        <w:br/>
        <w:t>I authorize IKeepBooksSolutions, LLC to charge the payment method provided for agreed bookkeeping services.</w:t>
      </w:r>
      <w:r>
        <w:br/>
      </w:r>
    </w:p>
    <w:p w14:paraId="759C437D" w14:textId="77777777" w:rsidR="001141FA" w:rsidRDefault="00EA757D">
      <w:r>
        <w:br w:type="page"/>
      </w:r>
    </w:p>
    <w:p w14:paraId="06D5FF0F" w14:textId="77777777" w:rsidR="001141FA" w:rsidRDefault="00EA757D">
      <w:pPr>
        <w:pStyle w:val="Heading1"/>
      </w:pPr>
      <w:r>
        <w:lastRenderedPageBreak/>
        <w:t>Client Acknowledgment &amp; Signature</w:t>
      </w:r>
    </w:p>
    <w:p w14:paraId="5AA6A49C" w14:textId="77777777" w:rsidR="001141FA" w:rsidRDefault="00EA757D">
      <w:r>
        <w:br/>
        <w:t>I acknowledge that I have reviewed and understand the onboarding package, requested documents, engagement terms, and payment authorization.</w:t>
      </w:r>
      <w:r>
        <w:br/>
      </w:r>
      <w:r>
        <w:br/>
        <w:t>Client Name: _____________________________________</w:t>
      </w:r>
      <w:r>
        <w:br/>
      </w:r>
      <w:r>
        <w:br/>
        <w:t>Business Name: ___________________________________</w:t>
      </w:r>
      <w:r>
        <w:br/>
      </w:r>
      <w:r>
        <w:br/>
        <w:t>Signature: ________________________________________</w:t>
      </w:r>
      <w:r>
        <w:br/>
      </w:r>
      <w:r>
        <w:br/>
        <w:t>Date: ____________________________________________</w:t>
      </w:r>
      <w:r>
        <w:br/>
      </w:r>
    </w:p>
    <w:p w14:paraId="4605DD6C" w14:textId="77777777" w:rsidR="001141FA" w:rsidRDefault="00EA757D">
      <w:r>
        <w:br/>
        <w:t>IKeepBooksSolutions, LLC</w:t>
      </w:r>
    </w:p>
    <w:p w14:paraId="6A0C4F86" w14:textId="77777777" w:rsidR="001141FA" w:rsidRDefault="00EA757D">
      <w:r>
        <w:t>www.ikeepbookssolutions.com</w:t>
      </w:r>
    </w:p>
    <w:p w14:paraId="7553B8F8" w14:textId="77777777" w:rsidR="001141FA" w:rsidRDefault="00EA757D">
      <w:r>
        <w:t>info@ikeepbookssolutions.com</w:t>
      </w:r>
    </w:p>
    <w:p w14:paraId="27EBF483" w14:textId="77777777" w:rsidR="001141FA" w:rsidRDefault="00EA757D">
      <w:r>
        <w:t>919-996-6060</w:t>
      </w:r>
    </w:p>
    <w:sectPr w:rsidR="001141F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56475097">
    <w:abstractNumId w:val="8"/>
  </w:num>
  <w:num w:numId="2" w16cid:durableId="1628656505">
    <w:abstractNumId w:val="6"/>
  </w:num>
  <w:num w:numId="3" w16cid:durableId="836923146">
    <w:abstractNumId w:val="5"/>
  </w:num>
  <w:num w:numId="4" w16cid:durableId="1989743895">
    <w:abstractNumId w:val="4"/>
  </w:num>
  <w:num w:numId="5" w16cid:durableId="1361083241">
    <w:abstractNumId w:val="7"/>
  </w:num>
  <w:num w:numId="6" w16cid:durableId="639580823">
    <w:abstractNumId w:val="3"/>
  </w:num>
  <w:num w:numId="7" w16cid:durableId="582420643">
    <w:abstractNumId w:val="2"/>
  </w:num>
  <w:num w:numId="8" w16cid:durableId="351536681">
    <w:abstractNumId w:val="1"/>
  </w:num>
  <w:num w:numId="9" w16cid:durableId="1304233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7647"/>
    <w:rsid w:val="0006063C"/>
    <w:rsid w:val="000A26A3"/>
    <w:rsid w:val="000C228D"/>
    <w:rsid w:val="001141FA"/>
    <w:rsid w:val="0015074B"/>
    <w:rsid w:val="00165022"/>
    <w:rsid w:val="0029639D"/>
    <w:rsid w:val="00326F90"/>
    <w:rsid w:val="004539D4"/>
    <w:rsid w:val="00AA1D8D"/>
    <w:rsid w:val="00B47730"/>
    <w:rsid w:val="00CB0664"/>
    <w:rsid w:val="00EA757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B5283A"/>
  <w14:defaultImageDpi w14:val="300"/>
  <w15:docId w15:val="{A07699D2-E6A9-47A3-A5DE-9E863EDF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Tamer Escander</cp:lastModifiedBy>
  <cp:revision>4</cp:revision>
  <dcterms:created xsi:type="dcterms:W3CDTF">2026-06-24T01:31:00Z</dcterms:created>
  <dcterms:modified xsi:type="dcterms:W3CDTF">2026-06-29T01:56:00Z</dcterms:modified>
  <cp:category/>
</cp:coreProperties>
</file>